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sz w:val="20"/>
        </w:rPr>
        <w:t>FOUR CARD GOLF</w:t>
      </w:r>
    </w:p>
    <w:p>
      <w:pPr>
        <w:pStyle w:val="Title"/>
      </w:pPr>
      <w:r>
        <w:t>Classic cheat sheet</w:t>
      </w:r>
    </w:p>
    <w:p>
      <w:r>
        <w:t>2–6 players  •  52 cards, no jokers  •  Lowest total after 9 holes wins</w:t>
      </w:r>
    </w:p>
    <w:p>
      <w:pPr>
        <w:pStyle w:val="Heading1"/>
      </w:pPr>
      <w:r>
        <w:t>Card values · add every 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2664"/>
        <w:gridCol w:w="3096"/>
        <w:gridCol w:w="2232"/>
      </w:tblGrid>
      <w:tr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Ace</w:t>
            </w:r>
          </w:p>
        </w:tc>
        <w:tc>
          <w:tcPr>
            <w:tcW w:type="dxa" w:w="266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2–10</w:t>
            </w:r>
          </w:p>
        </w:tc>
        <w:tc>
          <w:tcPr>
            <w:tcW w:type="dxa" w:w="309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Jack / Queen</w:t>
            </w:r>
          </w:p>
        </w:tc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King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1 point</w:t>
            </w:r>
          </w:p>
        </w:tc>
        <w:tc>
          <w:tcPr>
            <w:tcW w:type="dxa" w:w="266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Face value</w:t>
            </w:r>
          </w:p>
        </w:tc>
        <w:tc>
          <w:tcPr>
            <w:tcW w:type="dxa" w:w="309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10 points</w:t>
            </w:r>
          </w:p>
        </w:tc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0 points</w:t>
            </w:r>
          </w:p>
        </w:tc>
      </w:tr>
    </w:tbl>
    <w:p>
      <w:pPr>
        <w:pStyle w:val="Heading1"/>
        <w:spacing w:before="120"/>
      </w:pPr>
      <w:r>
        <w:t>Before the first turn</w:t>
      </w:r>
    </w:p>
    <w:p>
      <w:r>
        <w:t>Four face-down cards each, arranged 2 × 2. Peek once at the two nearest you, then hide them in the same places. Start a face-up discard beside the stock. Start left of the dealer; play clockwise.</w:t>
      </w:r>
    </w:p>
    <w:p>
      <w:pPr>
        <w:pStyle w:val="Heading1"/>
      </w:pPr>
      <w:r>
        <w:t>Your choices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168"/>
        <w:gridCol w:w="7056"/>
      </w:tblGrid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Choose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Then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Draw from the stock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Replace one hidden card, or discard the draw.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Take the top discard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Replace one hidden card. You must keep the pickup.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Knock instead of drawing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End your turn. Each opponent gets one final turn.</w:t>
            </w:r>
          </w:p>
        </w:tc>
      </w:tr>
    </w:tbl>
    <w:p>
      <w:pPr>
        <w:pStyle w:val="Heading1"/>
        <w:spacing w:before="120"/>
      </w:pPr>
      <w:r>
        <w:t>When you replace a card</w:t>
      </w:r>
    </w:p>
    <w:p>
      <w:r>
        <w:t>Do not peek before choosing. Put the new card face down in its place; turn the removed card face up on the discard pile. Keep cards in their positions.</w:t>
      </w:r>
    </w:p>
    <w:p>
      <w:pPr>
        <w:pStyle w:val="Heading1"/>
      </w:pPr>
      <w:r>
        <w:t>At the end of the hole</w:t>
      </w:r>
    </w:p>
    <w:p>
      <w:r>
        <w:t>Reveal all cards and add their values. If the knocker is not lowest or tied for lowest, add 10 to their score. Other players receive no extra losing penalty.</w:t>
      </w:r>
    </w:p>
    <w:p>
      <w:r>
        <w:t>A + 4 + Q + K = 15. If you knocked and someone has 12, you score 15 + 10 = 25.</w:t>
      </w:r>
    </w:p>
    <w:p>
      <w:pPr>
        <w:pStyle w:val="Heading1"/>
      </w:pPr>
      <w:r>
        <w:t>Match score</w:t>
      </w:r>
    </w:p>
    <w:p>
      <w:r>
        <w:t>Add each hole’s score to the running total. Rotate the dealer and deal again. Lowest total after nine holes wins; tied totals share the win.</w:t>
      </w:r>
    </w:p>
    <w:p>
      <w:pPr>
        <w:pStyle w:val="Heading1"/>
      </w:pPr>
      <w:r>
        <w:t>Do not forget</w:t>
      </w:r>
    </w:p>
    <w:p>
      <w:r>
        <w:t>No special powers or pair cancellation. Kings are always 0; suits do not change points. If the stock runs out, reshuffle older discards but leave the top discard face up. Online: Cheat sheet shows values; See total scores opens the scorecard; Next starts the next hole.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B4B4B"/>
        <w:sz w:val="18"/>
      </w:rPr>
      <w:t>FourCardGolf.com  |  Illustrated guide: fourcardgolf.com/rules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 Card Golf — Classic cheat sheet</dc:title>
  <dc:subject>One-page rules for the FourCardGolf.com ruleset</dc:subject>
  <dc:creator>Four Card Golf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