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  <w:sz w:val="20"/>
        </w:rPr>
        <w:t>FOUR CARD GOLF</w:t>
      </w:r>
    </w:p>
    <w:p>
      <w:pPr>
        <w:pStyle w:val="Title"/>
      </w:pPr>
      <w:r>
        <w:t>Extreme cheat sheet</w:t>
      </w:r>
    </w:p>
    <w:p>
      <w:r>
        <w:t>2–6 players  •  52 cards, no jokers  •  Lowest total after 9 holes wins</w:t>
      </w:r>
    </w:p>
    <w:p>
      <w:pPr>
        <w:pStyle w:val="Heading1"/>
      </w:pPr>
      <w:r>
        <w:t>Card values · count penalty cards too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2664"/>
        <w:gridCol w:w="3096"/>
        <w:gridCol w:w="2232"/>
      </w:tblGrid>
      <w:tr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Ace</w:t>
            </w:r>
          </w:p>
        </w:tc>
        <w:tc>
          <w:tcPr>
            <w:tcW w:type="dxa" w:w="266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2–10</w:t>
            </w:r>
          </w:p>
        </w:tc>
        <w:tc>
          <w:tcPr>
            <w:tcW w:type="dxa" w:w="309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Jack / Queen</w:t>
            </w:r>
          </w:p>
        </w:tc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1"/>
              </w:rPr>
              <w:t>King</w:t>
            </w:r>
          </w:p>
        </w:tc>
      </w:tr>
      <w:tr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1 point</w:t>
            </w:r>
          </w:p>
        </w:tc>
        <w:tc>
          <w:tcPr>
            <w:tcW w:type="dxa" w:w="266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Face value</w:t>
            </w:r>
          </w:p>
        </w:tc>
        <w:tc>
          <w:tcPr>
            <w:tcW w:type="dxa" w:w="309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10 points</w:t>
            </w:r>
          </w:p>
        </w:tc>
        <w:tc>
          <w:tcPr>
            <w:tcW w:type="dxa" w:w="223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1"/>
              </w:rPr>
              <w:t>0 points</w:t>
            </w:r>
          </w:p>
        </w:tc>
      </w:tr>
    </w:tbl>
    <w:p>
      <w:pPr>
        <w:pStyle w:val="Heading1"/>
        <w:spacing w:before="120"/>
      </w:pPr>
      <w:r>
        <w:t>Setup and normal turns</w:t>
      </w:r>
    </w:p>
    <w:p>
      <w:r>
        <w:t>Four cards each, face down in a 2 × 2 grid. Peek once at the two nearest you, then hide them in place. Start a stock and face-up discard. Play clockwise from left of the dealer. Stock draw: replace a card or discard the draw. Top discard: must replace. No peek before replacing; removed card goes face up on the discard.</w:t>
      </w:r>
    </w:p>
    <w:p>
      <w:pPr>
        <w:pStyle w:val="Heading1"/>
      </w:pPr>
      <w:r>
        <w:t>Powers · only an unwanted stock draw you discard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left"/>
            </w:pPr>
            <w:r>
              <w:rPr>
                <w:b/>
                <w:sz w:val="21"/>
              </w:rPr>
              <w:t>Discarded stock draw</w:t>
            </w:r>
          </w:p>
        </w:tc>
        <w:tc>
          <w:tcPr>
            <w:tcW w:type="dxa" w:w="6480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left"/>
            </w:pPr>
            <w:r>
              <w:rPr>
                <w:b/>
                <w:sz w:val="21"/>
              </w:rPr>
              <w:t>Power</w:t>
            </w:r>
          </w:p>
        </w:tc>
      </w:tr>
      <w:tr>
        <w:tc>
          <w:tcPr>
            <w:tcW w:type="dxa" w:w="374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7 or 8 · See your fate</w:t>
            </w:r>
          </w:p>
        </w:tc>
        <w:tc>
          <w:tcPr>
            <w:tcW w:type="dxa" w:w="6480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Peek at one of your own hidden cards.</w:t>
            </w:r>
          </w:p>
        </w:tc>
      </w:tr>
      <w:tr>
        <w:tc>
          <w:tcPr>
            <w:tcW w:type="dxa" w:w="374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9 or 10 · See a friend</w:t>
            </w:r>
          </w:p>
        </w:tc>
        <w:tc>
          <w:tcPr>
            <w:tcW w:type="dxa" w:w="6480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Spy on one opponent’s hidden card.</w:t>
            </w:r>
          </w:p>
        </w:tc>
      </w:tr>
      <w:tr>
        <w:tc>
          <w:tcPr>
            <w:tcW w:type="dxa" w:w="3744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J or Q · Switch between</w:t>
            </w:r>
          </w:p>
        </w:tc>
        <w:tc>
          <w:tcPr>
            <w:tcW w:type="dxa" w:w="6480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Blindly swap one of your cards with one opponent card.</w:t>
            </w:r>
          </w:p>
        </w:tc>
      </w:tr>
    </w:tbl>
    <w:p>
      <w:pPr>
        <w:spacing w:before="120"/>
      </w:pPr>
      <w:r>
        <w:t>You may skip a power. No power from a pickup, a removed replacement or a burn. Kings have no power; switches reveal neither face.</w:t>
      </w:r>
    </w:p>
    <w:p>
      <w:pPr>
        <w:pStyle w:val="Heading1"/>
      </w:pPr>
      <w:r>
        <w:t>Burn / steal · once before drawing on your own turn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168"/>
        <w:gridCol w:w="7056"/>
      </w:tblGrid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left"/>
            </w:pPr>
            <w:r>
              <w:rPr>
                <w:b/>
                <w:sz w:val="21"/>
              </w:rPr>
              <w:t>Result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E8EEF2"/>
          </w:tcPr>
          <w:p>
            <w:pPr>
              <w:spacing w:after="0" w:line="245" w:lineRule="auto"/>
              <w:jc w:val="left"/>
            </w:pPr>
            <w:r>
              <w:rPr>
                <w:b/>
                <w:sz w:val="21"/>
              </w:rPr>
              <w:t>What happens</w:t>
            </w:r>
          </w:p>
        </w:tc>
      </w:tr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Your card matches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Burn it: discard it and keep one fewer card.</w:t>
            </w:r>
          </w:p>
        </w:tc>
      </w:tr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Opponent’s card matches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Discard it; give them one of yours face down. You have one fewer card.</w:t>
            </w:r>
          </w:p>
        </w:tc>
      </w:tr>
      <w:tr>
        <w:tc>
          <w:tcPr>
            <w:tcW w:type="dxa" w:w="3168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Wrong guess</w:t>
            </w:r>
          </w:p>
        </w:tc>
        <w:tc>
          <w:tcPr>
            <w:tcW w:type="dxa" w:w="7056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b w:val="0"/>
                <w:sz w:val="21"/>
              </w:rPr>
              <w:t>Chosen card stays; gain a hidden stock card. Count its actual value at scoring.</w:t>
            </w:r>
          </w:p>
        </w:tc>
      </w:tr>
    </w:tbl>
    <w:p>
      <w:pPr>
        <w:spacing w:before="120"/>
      </w:pPr>
      <w:r>
        <w:t>Match the top discard’s rank exactly: suits do not matter, J is not Q. Leave gaps. Then draw normally or knock. Clearing your layout ends your turn and starts final turns, unless the final round is already under way.</w:t>
      </w:r>
    </w:p>
    <w:p>
      <w:pPr>
        <w:pStyle w:val="Heading1"/>
      </w:pPr>
      <w:r>
        <w:t>Knock, score, repeat</w:t>
      </w:r>
    </w:p>
    <w:p>
      <w:r>
        <w:t>Knock instead of drawing; each opponent gets one last turn. Reveal and add all remaining cards. Knocker above the lowest card total: +10. Tied lowest: no penalty. Others: no losing penalty. Record each hole; rotate the dealer and redeal. Lowest total over nine holes wins; ties share the win.</w:t>
      </w:r>
    </w:p>
    <w:p>
      <w:r>
        <w:t>No pair cancellation or negative kings. Reshuffle older discards if the stock empties; keep the top discard out. Online, a red glow marks penalty cards.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B4B4B"/>
        <w:sz w:val="18"/>
      </w:rPr>
      <w:t>FourCardGolf.com  |  Illustrated guide: fourcardgolf.com/rules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 Card Golf — Extreme cheat sheet</dc:title>
  <dc:subject>One-page rules for the FourCardGolf.com ruleset</dc:subject>
  <dc:creator>Four Card Golf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